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</w:pPr>
      <w:r>
        <w:t>Matthew Moroney</w:t>
      </w:r>
    </w:p>
    <w:p>
      <w:pPr>
        <w:spacing w:after="40"/>
      </w:pPr>
      <w:r>
        <w:t xml:space="preserve">Easley, SC  |  (864) 713-0048  |  </w:t>
      </w:r>
      <w:hyperlink r:id="rId9">
        <w:r>
          <w:rPr>
            <w:rFonts w:ascii="Arial" w:hAnsi="Arial"/>
            <w:sz w:val="20"/>
            <w:color w:val="000000"/>
          </w:rPr>
          <w:t>matthewmoroney9@gmail.com</w:t>
        </w:r>
      </w:hyperlink>
    </w:p>
    <w:p>
      <w:pPr>
        <w:spacing w:after="80"/>
      </w:pPr>
      <w:hyperlink r:id="rId10">
        <w:r>
          <w:rPr>
            <w:rFonts w:ascii="Arial" w:hAnsi="Arial"/>
            <w:sz w:val="20"/>
            <w:color w:val="000000"/>
          </w:rPr>
          <w:t>linkedin.com/in/matthew-moroney-38a37a443</w:t>
        </w:r>
      </w:hyperlink>
      <w:r>
        <w:rPr>
          <w:sz w:val="20"/>
        </w:rPr>
        <w:t xml:space="preserve">  |  </w:t>
      </w:r>
      <w:hyperlink r:id="rId11">
        <w:r>
          <w:rPr>
            <w:rFonts w:ascii="Arial" w:hAnsi="Arial"/>
            <w:sz w:val="20"/>
            <w:color w:val="000000"/>
          </w:rPr>
          <w:t>MatthewMoroney9.com</w:t>
        </w:r>
      </w:hyperlink>
    </w:p>
    <w:p>
      <w:pPr>
        <w:pStyle w:val="Heading1"/>
      </w:pPr>
      <w:r>
        <w:t>SUMMARY</w:t>
      </w:r>
    </w:p>
    <w:p>
      <w:r>
        <w:t>Cybersecurity student graduating December 2026 with hands-on experience in Windows, Linux, networking, and AI-assisted development. Combines technical lab work with 5+ years of management experience in team leadership, employee training, and operational problem solving.</w:t>
      </w:r>
    </w:p>
    <w:p>
      <w:pPr>
        <w:pStyle w:val="Heading1"/>
      </w:pPr>
      <w:r>
        <w:t>EDUCATION</w:t>
      </w:r>
    </w:p>
    <w:p>
      <w:pPr>
        <w:keepNext/>
        <w:tabs>
          <w:tab w:pos="10282" w:val="right"/>
        </w:tabs>
        <w:spacing w:after="40" w:before="0"/>
      </w:pPr>
      <w:r>
        <w:rPr>
          <w:b/>
        </w:rPr>
        <w:t>Bellevue University</w:t>
      </w:r>
      <w:r>
        <w:tab/>
        <w:t>Expected December 2026</w:t>
      </w:r>
    </w:p>
    <w:p>
      <w:pPr>
        <w:keepNext/>
        <w:tabs>
          <w:tab w:pos="10282" w:val="right"/>
        </w:tabs>
        <w:spacing w:after="40" w:before="0"/>
      </w:pPr>
      <w:r>
        <w:rPr>
          <w:b w:val="0"/>
        </w:rPr>
        <w:t>Bachelor of Science in Cybersecurity</w:t>
      </w:r>
      <w:r>
        <w:tab/>
        <w:t>Cumulative GPA: 3.84</w:t>
      </w:r>
    </w:p>
    <w:p>
      <w:pPr>
        <w:pStyle w:val="Heading1"/>
      </w:pPr>
      <w:r>
        <w:t>TECHNICAL SKILLS</w:t>
      </w:r>
    </w:p>
    <w:p>
      <w:pPr>
        <w:spacing w:after="40"/>
      </w:pPr>
      <w:r>
        <w:rPr>
          <w:b/>
        </w:rPr>
        <w:t xml:space="preserve">Systems: </w:t>
      </w:r>
      <w:r>
        <w:t>Windows, Active Directory, Group Policy, NTFS permissions; Linux (Fedora, Rocky Linux).</w:t>
      </w:r>
    </w:p>
    <w:p>
      <w:pPr>
        <w:spacing w:after="40"/>
      </w:pPr>
      <w:r>
        <w:rPr>
          <w:b/>
        </w:rPr>
        <w:t xml:space="preserve">Networking: </w:t>
      </w:r>
      <w:r>
        <w:t>TCP/IP and DNS fundamentals, SSH, host firewalls, packet-capture analysis.</w:t>
      </w:r>
    </w:p>
    <w:p>
      <w:pPr>
        <w:spacing w:after="40"/>
      </w:pPr>
      <w:r>
        <w:rPr>
          <w:b/>
        </w:rPr>
        <w:t xml:space="preserve">Scripting and Data: </w:t>
      </w:r>
      <w:r>
        <w:t>PowerShell and Bash fundamentals; cron scheduling; SQL, SSMS.</w:t>
      </w:r>
    </w:p>
    <w:p>
      <w:pPr>
        <w:spacing w:after="40"/>
      </w:pPr>
      <w:r>
        <w:rPr>
          <w:b/>
        </w:rPr>
        <w:t xml:space="preserve">Tools: </w:t>
      </w:r>
      <w:r>
        <w:t>Parallels Desktop, VirtualBox, Nmap, Nessus.</w:t>
      </w:r>
    </w:p>
    <w:p>
      <w:pPr>
        <w:spacing w:after="40"/>
      </w:pPr>
      <w:r>
        <w:rPr>
          <w:b/>
        </w:rPr>
        <w:t xml:space="preserve">AI: </w:t>
      </w:r>
      <w:r>
        <w:t>AI-assisted app and web development; local LLM deployment; hosted model integration.</w:t>
      </w:r>
    </w:p>
    <w:p>
      <w:pPr>
        <w:pStyle w:val="Heading1"/>
      </w:pPr>
      <w:r>
        <w:t>TECHNICAL PROJECTS</w:t>
      </w:r>
    </w:p>
    <w:p>
      <w:pPr>
        <w:pStyle w:val="Heading2"/>
      </w:pPr>
      <w:r>
        <w:t>AI-Assisted Development and Security Lab</w:t>
      </w:r>
    </w:p>
    <w:p>
      <w:pPr>
        <w:tabs>
          <w:tab w:pos="187" w:val="left"/>
        </w:tabs>
        <w:spacing w:after="40"/>
        <w:ind w:left="187" w:hanging="187"/>
      </w:pPr>
      <w:r>
        <w:t>•</w:t>
        <w:tab/>
        <w:t>Built applications and websites using AI-assisted development, including a personal portfolio website.</w:t>
      </w:r>
    </w:p>
    <w:p>
      <w:pPr>
        <w:tabs>
          <w:tab w:pos="187" w:val="left"/>
        </w:tabs>
        <w:spacing w:after="40"/>
        <w:ind w:left="187" w:hanging="187"/>
      </w:pPr>
      <w:r>
        <w:t>•</w:t>
        <w:tab/>
        <w:t>Deployed local language models and integrated hosted AI models for security research and IT lab workflows.</w:t>
      </w:r>
    </w:p>
    <w:p>
      <w:pPr>
        <w:pStyle w:val="Heading2"/>
      </w:pPr>
      <w:r>
        <w:t>Active Directory and Windows Access Control</w:t>
      </w:r>
    </w:p>
    <w:p>
      <w:pPr>
        <w:tabs>
          <w:tab w:pos="187" w:val="left"/>
        </w:tabs>
        <w:spacing w:after="40"/>
        <w:ind w:left="187" w:hanging="187"/>
      </w:pPr>
      <w:r>
        <w:t>•</w:t>
        <w:tab/>
        <w:t>Managed users, computers, organizational units, and security groups; configured logon-message Group Policy and NTFS permissions in a Windows lab.</w:t>
      </w:r>
    </w:p>
    <w:p>
      <w:pPr>
        <w:pStyle w:val="Heading2"/>
      </w:pPr>
      <w:r>
        <w:t>Linux Administration and Shell Scripting</w:t>
      </w:r>
    </w:p>
    <w:p>
      <w:pPr>
        <w:tabs>
          <w:tab w:pos="187" w:val="left"/>
        </w:tabs>
        <w:spacing w:after="40"/>
        <w:ind w:left="187" w:hanging="187"/>
      </w:pPr>
      <w:r>
        <w:t>•</w:t>
        <w:tab/>
        <w:t>Managed Linux users, permissions, packages, and services; modified a system-information script and scheduled backups with cron.</w:t>
      </w:r>
    </w:p>
    <w:p>
      <w:pPr>
        <w:pStyle w:val="Heading1"/>
      </w:pPr>
      <w:r>
        <w:t>PROFESSIONAL EXPERIENCE</w:t>
      </w:r>
    </w:p>
    <w:p>
      <w:pPr>
        <w:keepNext/>
        <w:tabs>
          <w:tab w:pos="10282" w:val="right"/>
        </w:tabs>
        <w:spacing w:after="40" w:before="0"/>
      </w:pPr>
      <w:r>
        <w:rPr>
          <w:b/>
        </w:rPr>
        <w:t>Chipotle Mexican Grill</w:t>
      </w:r>
      <w:r>
        <w:tab/>
        <w:t>September 2020 - Present</w:t>
      </w:r>
    </w:p>
    <w:p>
      <w:pPr>
        <w:keepNext/>
        <w:tabs>
          <w:tab w:pos="10282" w:val="right"/>
        </w:tabs>
        <w:spacing w:after="40" w:before="60"/>
      </w:pPr>
      <w:r>
        <w:rPr>
          <w:b/>
        </w:rPr>
        <w:t>Apprentice (Assistant General Manager)</w:t>
      </w:r>
      <w:r>
        <w:tab/>
        <w:t>May 2025 - Present</w:t>
      </w:r>
    </w:p>
    <w:p>
      <w:pPr>
        <w:tabs>
          <w:tab w:pos="187" w:val="left"/>
        </w:tabs>
        <w:spacing w:after="40"/>
        <w:ind w:left="187" w:hanging="187"/>
      </w:pPr>
      <w:r>
        <w:t>•</w:t>
        <w:tab/>
        <w:t>Lead daily restaurant operations, coach team members, and coordinate priorities during high-volume service.</w:t>
      </w:r>
    </w:p>
    <w:p>
      <w:pPr>
        <w:tabs>
          <w:tab w:pos="187" w:val="left"/>
        </w:tabs>
        <w:spacing w:after="40"/>
        <w:ind w:left="187" w:hanging="187"/>
      </w:pPr>
      <w:r>
        <w:t>•</w:t>
        <w:tab/>
        <w:t>Train employees on operational procedures and resolve customer concerns with clear communication and follow-through.</w:t>
      </w:r>
    </w:p>
    <w:p>
      <w:pPr>
        <w:keepNext/>
        <w:tabs>
          <w:tab w:pos="10282" w:val="right"/>
        </w:tabs>
        <w:spacing w:after="40" w:before="80"/>
      </w:pPr>
      <w:r>
        <w:rPr>
          <w:b/>
        </w:rPr>
        <w:t>Service Manager / Service Leader</w:t>
      </w:r>
      <w:r>
        <w:tab/>
        <w:t>May 2021 - May 2025</w:t>
      </w:r>
    </w:p>
    <w:p>
      <w:pPr>
        <w:tabs>
          <w:tab w:pos="187" w:val="left"/>
        </w:tabs>
        <w:spacing w:after="40"/>
        <w:ind w:left="187" w:hanging="187"/>
      </w:pPr>
      <w:r>
        <w:t>•</w:t>
        <w:tab/>
        <w:t>Coordinated shift assignments, coached employees on procedures and safety, and resolved customer and operational issues.</w:t>
      </w:r>
    </w:p>
    <w:p>
      <w:pPr>
        <w:keepNext/>
        <w:tabs>
          <w:tab w:pos="10282" w:val="right"/>
        </w:tabs>
        <w:spacing w:after="40" w:before="80"/>
      </w:pPr>
      <w:r>
        <w:rPr>
          <w:b/>
        </w:rPr>
        <w:t>Crew Member</w:t>
      </w:r>
      <w:r>
        <w:tab/>
        <w:t>September 2020 - May 2021</w:t>
      </w:r>
    </w:p>
    <w:p>
      <w:pPr>
        <w:tabs>
          <w:tab w:pos="187" w:val="left"/>
        </w:tabs>
        <w:spacing w:after="40"/>
        <w:ind w:left="187" w:hanging="187"/>
      </w:pPr>
      <w:r>
        <w:t>•</w:t>
        <w:tab/>
        <w:t>Supported customer service and daily operations; promoted to Service Manager in May 2021.</w:t>
      </w:r>
    </w:p>
    <w:sectPr w:rsidR="00FC693F" w:rsidRPr="0006063C" w:rsidSect="00034616">
      <w:pgSz w:w="12240" w:h="15840"/>
      <w:pgMar w:top="893" w:right="979" w:bottom="893" w:left="979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 w:line="247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matthewmoroney9@gmail.com" TargetMode="External"/><Relationship Id="rId10" Type="http://schemas.openxmlformats.org/officeDocument/2006/relationships/hyperlink" Target="https://www.linkedin.com/in/matthew-moroney-38a37a443/" TargetMode="External"/><Relationship Id="rId11" Type="http://schemas.openxmlformats.org/officeDocument/2006/relationships/hyperlink" Target="https://MatthewMoroney9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Matthew Moroney Resume</dc:title>
  <dc:subject>Information technology, cybersecurity, and AI experience</dc:subject>
  <dc:creator>Matthew Moroney</dc:creator>
  <cp:keywords>Information technology, cybersecurity, AI, LLM, Active Directory, Windows, Linux, leadership</cp:keywords>
  <dc:description/>
  <cp:lastModifiedBy/>
  <cp:revision>1</cp:revision>
  <cp:category/>
</cp:coreProperties>
</file>